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2BEF6" w14:textId="0E7FDB4D" w:rsidR="00ED23E9" w:rsidRDefault="00ED23E9" w:rsidP="00E93001">
      <w:pPr>
        <w:spacing w:after="0"/>
      </w:pPr>
      <w:bookmarkStart w:id="0" w:name="_GoBack"/>
      <w:bookmarkEnd w:id="0"/>
    </w:p>
    <w:p w14:paraId="37E4CC0B" w14:textId="77777777" w:rsidR="00E93001" w:rsidRPr="00E93001" w:rsidRDefault="00ED23E9" w:rsidP="00E93001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E93001" w:rsidRPr="00E93001">
        <w:rPr>
          <w:rFonts w:ascii="Times New Roman" w:hAnsi="Times New Roman" w:cs="Times New Roman"/>
        </w:rPr>
        <w:t xml:space="preserve">Telšių lopšelio-darželio „Mastis“ </w:t>
      </w:r>
    </w:p>
    <w:p w14:paraId="5F749251" w14:textId="77777777" w:rsidR="00E93001" w:rsidRPr="00E93001" w:rsidRDefault="00E93001" w:rsidP="00E93001">
      <w:pPr>
        <w:spacing w:after="0"/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="00034F2A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 xml:space="preserve">vaikų dienos poilsio organizavimo </w:t>
      </w:r>
    </w:p>
    <w:p w14:paraId="161E22D7" w14:textId="77777777" w:rsidR="00E93001" w:rsidRPr="00E93001" w:rsidRDefault="00E93001" w:rsidP="00E93001">
      <w:pPr>
        <w:spacing w:after="0"/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ab/>
      </w:r>
      <w:r w:rsidR="00034F2A">
        <w:rPr>
          <w:rFonts w:ascii="Times New Roman" w:hAnsi="Times New Roman" w:cs="Times New Roman"/>
        </w:rPr>
        <w:tab/>
        <w:t>t</w:t>
      </w:r>
      <w:r w:rsidRPr="00E93001">
        <w:rPr>
          <w:rFonts w:ascii="Times New Roman" w:hAnsi="Times New Roman" w:cs="Times New Roman"/>
        </w:rPr>
        <w:t>varkos aprašas priedas Nr. 1</w:t>
      </w:r>
    </w:p>
    <w:p w14:paraId="1D2B5DC9" w14:textId="77777777" w:rsidR="00E93001" w:rsidRDefault="00E93001" w:rsidP="00E93001">
      <w:pPr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 </w:t>
      </w:r>
    </w:p>
    <w:p w14:paraId="23B9AD08" w14:textId="77777777" w:rsidR="00034F2A" w:rsidRPr="00E93001" w:rsidRDefault="00034F2A" w:rsidP="00E93001">
      <w:pPr>
        <w:rPr>
          <w:rFonts w:ascii="Times New Roman" w:hAnsi="Times New Roman" w:cs="Times New Roman"/>
        </w:rPr>
      </w:pPr>
    </w:p>
    <w:p w14:paraId="252FCA8C" w14:textId="77777777" w:rsidR="00E93001" w:rsidRPr="00E93001" w:rsidRDefault="00E93001" w:rsidP="00E93001">
      <w:pPr>
        <w:spacing w:after="0"/>
        <w:jc w:val="center"/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>__________________</w:t>
      </w:r>
      <w:r w:rsidR="00034F2A">
        <w:rPr>
          <w:rFonts w:ascii="Times New Roman" w:hAnsi="Times New Roman" w:cs="Times New Roman"/>
        </w:rPr>
        <w:t>_________________________________________</w:t>
      </w:r>
      <w:r w:rsidRPr="00E93001">
        <w:rPr>
          <w:rFonts w:ascii="Times New Roman" w:hAnsi="Times New Roman" w:cs="Times New Roman"/>
        </w:rPr>
        <w:t>_______________________</w:t>
      </w:r>
    </w:p>
    <w:p w14:paraId="357A3101" w14:textId="77777777" w:rsidR="00E93001" w:rsidRDefault="00E93001" w:rsidP="00E93001">
      <w:pPr>
        <w:jc w:val="center"/>
        <w:rPr>
          <w:rFonts w:ascii="Times New Roman" w:hAnsi="Times New Roman" w:cs="Times New Roman"/>
          <w:sz w:val="16"/>
          <w:szCs w:val="16"/>
        </w:rPr>
      </w:pPr>
      <w:r w:rsidRPr="00034F2A">
        <w:rPr>
          <w:rFonts w:ascii="Times New Roman" w:hAnsi="Times New Roman" w:cs="Times New Roman"/>
          <w:sz w:val="16"/>
          <w:szCs w:val="16"/>
        </w:rPr>
        <w:t>(tėvų globėjų vardas, pavardė)</w:t>
      </w:r>
    </w:p>
    <w:p w14:paraId="2BB6CC88" w14:textId="77777777" w:rsidR="00034F2A" w:rsidRPr="00034F2A" w:rsidRDefault="00034F2A" w:rsidP="00E93001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1ED136BB" w14:textId="77777777" w:rsidR="00E93001" w:rsidRPr="00E93001" w:rsidRDefault="00E93001" w:rsidP="00E93001">
      <w:pPr>
        <w:spacing w:after="0"/>
        <w:jc w:val="center"/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>____________________</w:t>
      </w:r>
      <w:r w:rsidR="00034F2A">
        <w:rPr>
          <w:rFonts w:ascii="Times New Roman" w:hAnsi="Times New Roman" w:cs="Times New Roman"/>
        </w:rPr>
        <w:t>______________________________________________</w:t>
      </w:r>
      <w:r w:rsidRPr="00E93001">
        <w:rPr>
          <w:rFonts w:ascii="Times New Roman" w:hAnsi="Times New Roman" w:cs="Times New Roman"/>
        </w:rPr>
        <w:t>__________________</w:t>
      </w:r>
    </w:p>
    <w:p w14:paraId="5B2D55AF" w14:textId="77777777" w:rsidR="00E93001" w:rsidRPr="00034F2A" w:rsidRDefault="00E93001" w:rsidP="00E93001">
      <w:pPr>
        <w:jc w:val="center"/>
        <w:rPr>
          <w:rFonts w:ascii="Times New Roman" w:hAnsi="Times New Roman" w:cs="Times New Roman"/>
          <w:sz w:val="16"/>
          <w:szCs w:val="16"/>
        </w:rPr>
      </w:pPr>
      <w:r w:rsidRPr="00034F2A">
        <w:rPr>
          <w:rFonts w:ascii="Times New Roman" w:hAnsi="Times New Roman" w:cs="Times New Roman"/>
          <w:sz w:val="16"/>
          <w:szCs w:val="16"/>
        </w:rPr>
        <w:t>(gyv. vietos adresas, tel. nr. el. paštas)</w:t>
      </w:r>
    </w:p>
    <w:p w14:paraId="753D0BCA" w14:textId="77777777" w:rsidR="00E93001" w:rsidRPr="00E93001" w:rsidRDefault="00E93001" w:rsidP="00E93001">
      <w:pPr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 </w:t>
      </w:r>
    </w:p>
    <w:p w14:paraId="41FA2FD5" w14:textId="77777777" w:rsidR="00E93001" w:rsidRPr="00E93001" w:rsidRDefault="00E93001" w:rsidP="00E93001">
      <w:pPr>
        <w:spacing w:after="0"/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Telšių lopšelio-darželio „Mastis“ </w:t>
      </w:r>
    </w:p>
    <w:p w14:paraId="3609C423" w14:textId="77777777" w:rsidR="00E93001" w:rsidRPr="00E93001" w:rsidRDefault="00E93001" w:rsidP="00E93001">
      <w:pPr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Direktorei </w:t>
      </w:r>
    </w:p>
    <w:p w14:paraId="2FB650AD" w14:textId="77777777" w:rsidR="00E93001" w:rsidRPr="00E93001" w:rsidRDefault="00E93001" w:rsidP="00E93001">
      <w:pPr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 </w:t>
      </w:r>
    </w:p>
    <w:p w14:paraId="0041CE26" w14:textId="77777777" w:rsidR="00E93001" w:rsidRPr="00E93001" w:rsidRDefault="00E93001" w:rsidP="00E9300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3001">
        <w:rPr>
          <w:rFonts w:ascii="Times New Roman" w:hAnsi="Times New Roman" w:cs="Times New Roman"/>
          <w:b/>
          <w:sz w:val="28"/>
          <w:szCs w:val="28"/>
        </w:rPr>
        <w:t>PRAŠYMAS</w:t>
      </w:r>
    </w:p>
    <w:p w14:paraId="778E3E59" w14:textId="77777777" w:rsidR="00E93001" w:rsidRPr="00E93001" w:rsidRDefault="00E93001" w:rsidP="00EE022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93001">
        <w:rPr>
          <w:rFonts w:ascii="Times New Roman" w:hAnsi="Times New Roman" w:cs="Times New Roman"/>
          <w:sz w:val="24"/>
          <w:szCs w:val="24"/>
        </w:rPr>
        <w:t>DĖL LEIDIMO □ MIEGOTI / □ NEMIEGOTI PIETŲ MIEGO</w:t>
      </w:r>
    </w:p>
    <w:p w14:paraId="26FAE587" w14:textId="77777777" w:rsidR="00E93001" w:rsidRPr="00E93001" w:rsidRDefault="00E93001" w:rsidP="00E93001">
      <w:pPr>
        <w:jc w:val="center"/>
        <w:rPr>
          <w:rFonts w:ascii="Times New Roman" w:hAnsi="Times New Roman" w:cs="Times New Roman"/>
          <w:sz w:val="16"/>
          <w:szCs w:val="16"/>
        </w:rPr>
      </w:pPr>
      <w:r w:rsidRPr="00E93001">
        <w:rPr>
          <w:rFonts w:ascii="Times New Roman" w:hAnsi="Times New Roman" w:cs="Times New Roman"/>
          <w:sz w:val="16"/>
          <w:szCs w:val="16"/>
        </w:rPr>
        <w:t>(pažymėti)</w:t>
      </w:r>
    </w:p>
    <w:p w14:paraId="02444463" w14:textId="77777777" w:rsidR="00E93001" w:rsidRPr="00E93001" w:rsidRDefault="00E93001" w:rsidP="00E93001">
      <w:pPr>
        <w:spacing w:after="0"/>
        <w:jc w:val="center"/>
        <w:rPr>
          <w:rFonts w:ascii="Times New Roman" w:hAnsi="Times New Roman" w:cs="Times New Roman"/>
        </w:rPr>
      </w:pPr>
    </w:p>
    <w:p w14:paraId="1000435D" w14:textId="77777777" w:rsidR="00E93001" w:rsidRDefault="00E93001" w:rsidP="00E93001">
      <w:pPr>
        <w:spacing w:after="0"/>
        <w:jc w:val="center"/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>__________</w:t>
      </w:r>
    </w:p>
    <w:p w14:paraId="7524FF81" w14:textId="77777777" w:rsidR="00E93001" w:rsidRDefault="00E93001" w:rsidP="00E9300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E93001">
        <w:rPr>
          <w:rFonts w:ascii="Times New Roman" w:hAnsi="Times New Roman" w:cs="Times New Roman"/>
          <w:sz w:val="16"/>
          <w:szCs w:val="16"/>
        </w:rPr>
        <w:t>(data)</w:t>
      </w:r>
    </w:p>
    <w:p w14:paraId="276AFBF7" w14:textId="77777777" w:rsidR="00E93001" w:rsidRPr="00E93001" w:rsidRDefault="00E93001" w:rsidP="00E9300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4E50EF32" w14:textId="77777777" w:rsidR="00E93001" w:rsidRPr="00E93001" w:rsidRDefault="00E93001" w:rsidP="00E9300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Telšiai</w:t>
      </w:r>
    </w:p>
    <w:p w14:paraId="11F54169" w14:textId="77777777" w:rsidR="00E93001" w:rsidRPr="00E93001" w:rsidRDefault="00E93001" w:rsidP="00E93001">
      <w:pPr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 </w:t>
      </w:r>
    </w:p>
    <w:p w14:paraId="08DB105F" w14:textId="77777777" w:rsidR="00E93001" w:rsidRPr="00E93001" w:rsidRDefault="00E93001" w:rsidP="00E9300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>Prašau leisti mano sūnui/dukrai __________________________</w:t>
      </w:r>
      <w:r w:rsidR="00034F2A">
        <w:rPr>
          <w:rFonts w:ascii="Times New Roman" w:hAnsi="Times New Roman" w:cs="Times New Roman"/>
        </w:rPr>
        <w:t xml:space="preserve">______ </w:t>
      </w:r>
      <w:r w:rsidRPr="00E93001">
        <w:rPr>
          <w:rFonts w:ascii="Times New Roman" w:hAnsi="Times New Roman" w:cs="Times New Roman"/>
        </w:rPr>
        <w:t>(</w:t>
      </w:r>
      <w:r w:rsidR="00034F2A">
        <w:rPr>
          <w:rFonts w:ascii="Times New Roman" w:hAnsi="Times New Roman" w:cs="Times New Roman"/>
        </w:rPr>
        <w:t xml:space="preserve">vaiko </w:t>
      </w:r>
      <w:r w:rsidRPr="00E93001">
        <w:rPr>
          <w:rFonts w:ascii="Times New Roman" w:hAnsi="Times New Roman" w:cs="Times New Roman"/>
        </w:rPr>
        <w:t>vardas, pavardė),</w:t>
      </w:r>
    </w:p>
    <w:p w14:paraId="570FBAF7" w14:textId="77777777" w:rsidR="00034F2A" w:rsidRDefault="00E93001" w:rsidP="00034F2A">
      <w:pPr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 ________________</w:t>
      </w:r>
      <w:r w:rsidR="00C4633E">
        <w:rPr>
          <w:rFonts w:ascii="Times New Roman" w:hAnsi="Times New Roman" w:cs="Times New Roman"/>
        </w:rPr>
        <w:t xml:space="preserve">__________  </w:t>
      </w:r>
      <w:r w:rsidRPr="00E93001">
        <w:rPr>
          <w:rFonts w:ascii="Times New Roman" w:hAnsi="Times New Roman" w:cs="Times New Roman"/>
        </w:rPr>
        <w:t xml:space="preserve">grupės </w:t>
      </w:r>
      <w:r w:rsidR="00034F2A">
        <w:rPr>
          <w:rFonts w:ascii="Times New Roman" w:hAnsi="Times New Roman" w:cs="Times New Roman"/>
        </w:rPr>
        <w:t>ugdytiniui</w:t>
      </w:r>
      <w:r w:rsidRPr="00E93001">
        <w:rPr>
          <w:rFonts w:ascii="Times New Roman" w:hAnsi="Times New Roman" w:cs="Times New Roman"/>
        </w:rPr>
        <w:t xml:space="preserve"> □ </w:t>
      </w:r>
      <w:r w:rsidR="00C4633E">
        <w:rPr>
          <w:rFonts w:ascii="Times New Roman" w:hAnsi="Times New Roman" w:cs="Times New Roman"/>
        </w:rPr>
        <w:t>ne</w:t>
      </w:r>
      <w:r w:rsidRPr="00E93001">
        <w:rPr>
          <w:rFonts w:ascii="Times New Roman" w:hAnsi="Times New Roman" w:cs="Times New Roman"/>
        </w:rPr>
        <w:t xml:space="preserve">miegoti pietų miego / □ miegoti pietų miego nuo </w:t>
      </w:r>
    </w:p>
    <w:p w14:paraId="11848740" w14:textId="77777777" w:rsidR="00034F2A" w:rsidRDefault="00E93001" w:rsidP="00034F2A">
      <w:pPr>
        <w:spacing w:before="240" w:after="0"/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>______</w:t>
      </w:r>
      <w:r w:rsidR="00034F2A">
        <w:rPr>
          <w:rFonts w:ascii="Times New Roman" w:hAnsi="Times New Roman" w:cs="Times New Roman"/>
        </w:rPr>
        <w:t>_____________.</w:t>
      </w:r>
    </w:p>
    <w:p w14:paraId="24455CD9" w14:textId="77777777" w:rsidR="00E93001" w:rsidRPr="00034F2A" w:rsidRDefault="00034F2A" w:rsidP="00034F2A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 w:rsidR="00E93001" w:rsidRPr="00034F2A">
        <w:rPr>
          <w:rFonts w:ascii="Times New Roman" w:hAnsi="Times New Roman" w:cs="Times New Roman"/>
          <w:sz w:val="16"/>
          <w:szCs w:val="16"/>
        </w:rPr>
        <w:t>(data)</w:t>
      </w:r>
    </w:p>
    <w:p w14:paraId="1407A5F6" w14:textId="77777777" w:rsidR="00E93001" w:rsidRPr="00E93001" w:rsidRDefault="00E93001" w:rsidP="00E93001">
      <w:pPr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 </w:t>
      </w:r>
    </w:p>
    <w:p w14:paraId="04767988" w14:textId="77777777" w:rsidR="00E93001" w:rsidRPr="00E93001" w:rsidRDefault="00E93001" w:rsidP="00E93001">
      <w:pPr>
        <w:spacing w:after="0"/>
        <w:rPr>
          <w:rFonts w:ascii="Times New Roman" w:hAnsi="Times New Roman" w:cs="Times New Roman"/>
        </w:rPr>
      </w:pPr>
      <w:r w:rsidRPr="00E93001">
        <w:rPr>
          <w:rFonts w:ascii="Times New Roman" w:hAnsi="Times New Roman" w:cs="Times New Roman"/>
        </w:rPr>
        <w:t xml:space="preserve">_________________________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_____</w:t>
      </w:r>
      <w:r w:rsidRPr="00E93001">
        <w:rPr>
          <w:rFonts w:ascii="Times New Roman" w:hAnsi="Times New Roman" w:cs="Times New Roman"/>
        </w:rPr>
        <w:t>_________________________</w:t>
      </w:r>
    </w:p>
    <w:p w14:paraId="5020FB7F" w14:textId="77777777" w:rsidR="00E93001" w:rsidRPr="00E93001" w:rsidRDefault="00E93001" w:rsidP="00E93001">
      <w:pPr>
        <w:spacing w:after="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</w:rPr>
        <w:tab/>
      </w:r>
      <w:r w:rsidRPr="00E93001">
        <w:rPr>
          <w:rFonts w:ascii="Times New Roman" w:hAnsi="Times New Roman" w:cs="Times New Roman"/>
        </w:rPr>
        <w:t xml:space="preserve"> (</w:t>
      </w:r>
      <w:r w:rsidRPr="00E93001">
        <w:rPr>
          <w:rFonts w:ascii="Times New Roman" w:hAnsi="Times New Roman" w:cs="Times New Roman"/>
          <w:sz w:val="16"/>
          <w:szCs w:val="16"/>
        </w:rPr>
        <w:t xml:space="preserve">parašas)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 xml:space="preserve">   </w:t>
      </w:r>
      <w:r w:rsidRPr="00E93001">
        <w:rPr>
          <w:rFonts w:ascii="Times New Roman" w:hAnsi="Times New Roman" w:cs="Times New Roman"/>
          <w:sz w:val="16"/>
          <w:szCs w:val="16"/>
        </w:rPr>
        <w:t>(vardas, pavardė)</w:t>
      </w:r>
    </w:p>
    <w:p w14:paraId="1C5D0D9B" w14:textId="77777777" w:rsidR="00E93001" w:rsidRPr="00E93001" w:rsidRDefault="00E93001" w:rsidP="008950FB">
      <w:pPr>
        <w:spacing w:after="0"/>
        <w:rPr>
          <w:rFonts w:ascii="Times New Roman" w:hAnsi="Times New Roman" w:cs="Times New Roman"/>
        </w:rPr>
      </w:pPr>
    </w:p>
    <w:sectPr w:rsidR="00E93001" w:rsidRPr="00E93001" w:rsidSect="00ED23E9">
      <w:pgSz w:w="12240" w:h="15840"/>
      <w:pgMar w:top="851" w:right="1041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2D4033" w14:textId="77777777" w:rsidR="00CE4C00" w:rsidRDefault="00CE4C00" w:rsidP="00486ACF">
      <w:pPr>
        <w:spacing w:after="0" w:line="240" w:lineRule="auto"/>
      </w:pPr>
      <w:r>
        <w:separator/>
      </w:r>
    </w:p>
  </w:endnote>
  <w:endnote w:type="continuationSeparator" w:id="0">
    <w:p w14:paraId="4FB43A8D" w14:textId="77777777" w:rsidR="00CE4C00" w:rsidRDefault="00CE4C00" w:rsidP="00486A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2AC294" w14:textId="77777777" w:rsidR="00CE4C00" w:rsidRDefault="00CE4C00" w:rsidP="00486ACF">
      <w:pPr>
        <w:spacing w:after="0" w:line="240" w:lineRule="auto"/>
      </w:pPr>
      <w:r>
        <w:separator/>
      </w:r>
    </w:p>
  </w:footnote>
  <w:footnote w:type="continuationSeparator" w:id="0">
    <w:p w14:paraId="7DB951B3" w14:textId="77777777" w:rsidR="00CE4C00" w:rsidRDefault="00CE4C00" w:rsidP="00486A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FE21AD0"/>
    <w:multiLevelType w:val="hybridMultilevel"/>
    <w:tmpl w:val="FD0E893E"/>
    <w:lvl w:ilvl="0" w:tplc="AB487A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396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2677"/>
    <w:rsid w:val="00034616"/>
    <w:rsid w:val="00034F2A"/>
    <w:rsid w:val="0006063C"/>
    <w:rsid w:val="00075EF6"/>
    <w:rsid w:val="0015074B"/>
    <w:rsid w:val="002327A7"/>
    <w:rsid w:val="002862CE"/>
    <w:rsid w:val="0029639D"/>
    <w:rsid w:val="00305D16"/>
    <w:rsid w:val="00326F90"/>
    <w:rsid w:val="00480A93"/>
    <w:rsid w:val="00486ACF"/>
    <w:rsid w:val="008950FB"/>
    <w:rsid w:val="00920B50"/>
    <w:rsid w:val="009233BC"/>
    <w:rsid w:val="00AA1D8D"/>
    <w:rsid w:val="00AA3206"/>
    <w:rsid w:val="00B47730"/>
    <w:rsid w:val="00BA7F03"/>
    <w:rsid w:val="00C4633E"/>
    <w:rsid w:val="00CB0664"/>
    <w:rsid w:val="00CE4C00"/>
    <w:rsid w:val="00E17ECF"/>
    <w:rsid w:val="00E93001"/>
    <w:rsid w:val="00ED23E9"/>
    <w:rsid w:val="00EE0221"/>
    <w:rsid w:val="00F759D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2125722"/>
  <w14:defaultImageDpi w14:val="300"/>
  <w15:docId w15:val="{888133C4-D090-4719-8E40-F1E7A106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E93001"/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305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305D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0A07FB-AB96-43A0-928C-8A7B4A6D3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564</Words>
  <Characters>323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Vartotojas</cp:lastModifiedBy>
  <cp:revision>2</cp:revision>
  <cp:lastPrinted>2025-09-08T12:48:00Z</cp:lastPrinted>
  <dcterms:created xsi:type="dcterms:W3CDTF">2026-10-02T07:06:00Z</dcterms:created>
  <dcterms:modified xsi:type="dcterms:W3CDTF">2026-10-02T07:06:00Z</dcterms:modified>
  <cp:category/>
</cp:coreProperties>
</file>